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0E5A5C"/>
          <w:sz w:val="15"/>
        </w:rPr>
        <w:t>TEXTO DE ESPECIFICAÇÃO · ARCHIVOLT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Fachada-cortina com vidro fotovoltaico SolarLab</w:t>
      </w:r>
    </w:p>
    <w:p>
      <w:pPr>
        <w:spacing w:before="0" w:after="200" w:line="264" w:lineRule="auto"/>
        <w:pBdr>
          <w:bottom w:val="single" w:sz="8" w:space="4" w:color="0E5A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4"/>
            <w:tcBorders>
              <w:left w:val="single" w:sz="18" w:color="0E5A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archivolt e coincidem com os dos guias de projeto, da declaração ambiental de produto e da calculadora archivolt.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e do projeto de instalações elétricas.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Integração na fachada-cortina</w:t>
      </w:r>
    </w:p>
    <w:p>
      <w:pPr>
        <w:spacing w:before="0" w:after="100" w:line="288" w:lineRule="auto"/>
      </w:pPr>
      <w:r>
        <w:rPr>
          <w:sz w:val="20"/>
        </w:rPr>
        <w:t xml:space="preserve">A fachada-cortina [identificação] integra painéis solares do tipo </w:t>
      </w:r>
      <w:r>
        <w:rPr>
          <w:b/>
          <w:sz w:val="20"/>
        </w:rPr>
        <w:t>SolarLab</w:t>
      </w:r>
      <w:r>
        <w:rPr>
          <w:sz w:val="20"/>
        </w:rPr>
        <w:t>, que entram na caixilharia como qualquer outro vidro. Aplicação: zonas opacas (painéis de enchimento, spandrel) ou vidro de visão com células. A fachada-cortina é do tipo [unitizado | montantes e travessas]; os painéis solares substituem os painéis opacos ou os vidros previstos no projeto, numa área de [ ] m² de painéis ativos e [ ] m² de painéis passivos.</w:t>
      </w:r>
    </w:p>
    <w:p>
      <w:pPr>
        <w:keepNext/>
        <w:spacing w:before="80" w:after="40" w:line="264" w:lineRule="auto"/>
      </w:pPr>
      <w:r>
        <w:rPr>
          <w:b/>
          <w:i w:val="0"/>
          <w:color w:val="0E5A5C"/>
          <w:sz w:val="18"/>
        </w:rPr>
        <w:t>[Opção A · zonas opacas (spandrel)]</w:t>
      </w:r>
    </w:p>
    <w:p>
      <w:pPr>
        <w:spacing w:before="0" w:after="100" w:line="288" w:lineRule="auto"/>
      </w:pPr>
      <w:r>
        <w:rPr>
          <w:sz w:val="20"/>
        </w:rPr>
        <w:t>Painéis solares opacos nas zonas de parapeito e de laje. O acabamento indicado é o Crystal, com ou sem camada antirreflexo, que dá uma integração contínua com o vidro de visão.</w:t>
      </w:r>
    </w:p>
    <w:p>
      <w:pPr>
        <w:keepNext/>
        <w:spacing w:before="80" w:after="40" w:line="264" w:lineRule="auto"/>
      </w:pPr>
      <w:r>
        <w:rPr>
          <w:b/>
          <w:i w:val="0"/>
          <w:color w:val="0E5A5C"/>
          <w:sz w:val="18"/>
        </w:rPr>
        <w:t>[Opção B · vidro de visão com células]</w:t>
      </w:r>
    </w:p>
    <w:p>
      <w:pPr>
        <w:spacing w:before="0" w:after="100" w:line="288" w:lineRule="auto"/>
      </w:pPr>
      <w:r>
        <w:rPr>
          <w:sz w:val="20"/>
        </w:rPr>
        <w:t>Vidro de visão com células, em que a densidade das células define a transparência. Composição do vidro, fator solar, transmissão luminosa e coeficiente de transmissão térmica do vidro de visão com células: [ ], a confirmar com o fabricante para o desenho adotado.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 dos painéis</w:t>
      </w:r>
    </w:p>
    <w:p>
      <w:pPr>
        <w:spacing w:before="0" w:after="100" w:line="288" w:lineRule="auto"/>
      </w:pPr>
      <w:r>
        <w:rPr>
          <w:sz w:val="20"/>
        </w:rPr>
        <w:t>O painel tem vidro temperado extraclaro de 4 mm na face exterior e células de silício monocristalino, com o tipo e o formato indicados na ficha técnica do fabricante à data do fornecimento. Os painéis são feitos à medida: só um dos lados pode exceder 1 400 mm, a altura máxima é de 4 500 mm com largura até 1 000 mm, a relação comprimento/largura é inferior a 8:1 e as dimensões mínimas são de cerca de 200 × 350 mm. Painéis de 1 a 3 m² (15 a 45 kg por painel) são os mais adequados na produção e na montagem, e a repetição de formatos reduz o custo. Espessura total e composição do painel para a caixilharia adotada: [ ] mm.</w:t>
      </w:r>
    </w:p>
    <w:p>
      <w:pPr>
        <w:spacing w:before="0" w:after="100" w:line="288" w:lineRule="auto"/>
      </w:pPr>
      <w:r>
        <w:rPr>
          <w:sz w:val="20"/>
        </w:rPr>
        <w:t>Nas zonas com produção reduzida (orientação a norte, sombreamentos, cantos e remates) aplicam-se painéis passivos, sem células, com o mesmo aspeto dos painéis ativos. A distribuição de painéis ativos e passivos consta das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Montagem</w:t>
      </w:r>
    </w:p>
    <w:p>
      <w:pPr>
        <w:spacing w:before="0" w:after="100" w:line="288" w:lineRule="auto"/>
      </w:pPr>
      <w:r>
        <w:rPr>
          <w:sz w:val="20"/>
        </w:rPr>
        <w:t>Os painéis são montados pelo fabricante da fachada-cortina; a integração elétrica é a parte própria do sistema solar. A espessura do painel, os vedantes e a passagem dos cabos pelos montantes e travessas compatibilizam-se com o sistema de fachada-cortina na fase de projeto de execução.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da fachada-cortina</w:t>
      </w:r>
    </w:p>
    <w:p>
      <w:pPr>
        <w:spacing w:before="0" w:after="100" w:line="288" w:lineRule="auto"/>
      </w:pPr>
      <w:r>
        <w:rPr>
          <w:sz w:val="20"/>
        </w:rPr>
        <w:t>A fachada-cortina, com os painéis solares integrados, cumpre a NP EN 13830 com as classes de permeabilidade ao ar, estanquidade à água e resistência ao vento fixadas no projeto: [ ]. A resistência ao vento é verificada para a pressão de cálculo do local segundo a NP EN 1991-1-4 e o respetivo Anexo Nacional (zona [A | B]); a zona B abrange as regiões autónomas dos Açores e da Madeira e, no continente, a faixa costeira com 5 km de largura e os locais com altitude superior a 600 m.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Segurança contra incêndio</w:t>
      </w:r>
    </w:p>
    <w:p>
      <w:pPr>
        <w:spacing w:before="0" w:after="100" w:line="288" w:lineRule="auto"/>
      </w:pPr>
      <w:r>
        <w:rPr>
          <w:sz w:val="20"/>
        </w:rPr>
        <w:t xml:space="preserve">Os painéis têm classificação de reação ao fogo </w:t>
      </w:r>
      <w:r>
        <w:rPr>
          <w:b/>
          <w:sz w:val="20"/>
        </w:rPr>
        <w:t>B-s1,d0</w:t>
      </w:r>
      <w:r>
        <w:rPr>
          <w:sz w:val="20"/>
        </w:rPr>
        <w:t xml:space="preserve"> (EN 13501-1:2018). As exigências à fachada (reação ao fogo e resistência ao fogo das zonas de laje) resultam do projeto de segurança contra incêndio: [ 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Cor e acabamento</w:t>
      </w:r>
    </w:p>
    <w:p>
      <w:pPr>
        <w:spacing w:before="0" w:after="100" w:line="288" w:lineRule="auto"/>
      </w:pPr>
      <w:r>
        <w:rPr>
          <w:sz w:val="20"/>
        </w:rPr>
        <w:t>A cor é obtida por revestimento por deposição física em fase de vapor (PVD) na face posterior do vidro, sem pigmentos que desbotem, e o acabamento fica na face exterior. Cor: [ ]. Acabamento: [Satin | Crystal | texturado]. Face à cor natural, de aspeto preto, a produção relativa é de 78 % no aspeto metálico e 78 % no aspeto cerâmico (valores de referência da calculadora archivolt). O acabamento Satin, gravado a ácido, pode captar mais 5 % de eletricidade do que o vidro fotovoltaico liso. A cor e o acabamento aprovam-se sobre amostras físicas, observadas ao sol e à sombra.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Potência</w:t>
      </w:r>
    </w:p>
    <w:p>
      <w:pPr>
        <w:spacing w:before="0" w:after="100" w:line="288" w:lineRule="auto"/>
      </w:pPr>
      <w:r>
        <w:rPr>
          <w:sz w:val="20"/>
        </w:rPr>
        <w:t>Consoante a modulação, a cor e o acabamento, a potência é de 130 a 200 Wp/m² em cor e de 180 a 220 Wp/m² em preto integral. Potência instalada prevista: [ ] kWp, correspondente a [ ] m² de painéis ativos (referência para estudo prévio: 180 Wp/m²).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Produção de referência</w:t>
      </w:r>
    </w:p>
    <w:p>
      <w:pPr>
        <w:spacing w:before="0" w:after="100" w:line="288" w:lineRule="auto"/>
      </w:pPr>
      <w:r>
        <w:rPr>
          <w:sz w:val="20"/>
        </w:rPr>
        <w:t>A produção anual estimada de cada fachada obtém-se por E = P × Y, em que: E — produção anual estimada, em kWh por ano; P — potência instalada, em kWp; Y — produção específica do local e da orientação, em kWh/kWp por ano. O quadro seguinte indica a produção específica de painéis verticais, em kWh por kWp e por ano, integrados sem ventilação por trás do painel (sistema de informação geográfica fotovoltaica, PVGIS 5.3, da Comissão Europeia, perdas de 14 %), para cidades do continente e das regiões autónomas da Madeira e dos Açores. Os valores da obra resultam da simulação com a localização, a orientação, a inclinação e os sombreamentos reais.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349"/>
        <w:gridCol w:w="1349"/>
        <w:gridCol w:w="1349"/>
        <w:gridCol w:w="1349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Local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Sul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Sudeste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Sudoeste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Nascente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Poente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Porto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965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891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925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670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710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Lisboa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964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922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953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726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761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Faro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1 061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1 026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1 036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804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818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Funchal (Madeira)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809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867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766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763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647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Ponta Delgada (Açores)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797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749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774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601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619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Estes valores servem o estudo de viabilidade. Para o pré-certificado e o certificado energético, a produção fotovoltaica destinada a autoconsumo é calculada com a ferramenta SCE.ER da Direção-Geral de Energia e Geologia (DGEG).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Instalação elétrica e autoconsumo</w:t>
      </w:r>
    </w:p>
    <w:p>
      <w:pPr>
        <w:spacing w:before="0" w:after="100" w:line="288" w:lineRule="auto"/>
      </w:pPr>
      <w:r>
        <w:rPr>
          <w:sz w:val="20"/>
        </w:rPr>
        <w:t>Cada painel ativo dispõe de otimizadores integrados, monitorização ao nível do painel e corte rápido (rapid shutdown) ao nível do painel. Os painéis ligam-se em fileiras (strings), até 64 otimizadores por fileira, e as fileiras ligam-se a inversores trifásicos centrais, com otimizadores e inversores com marcação CE. Painéis de dimensões e tipos diferentes podem ser ligados na mesma fileira. Os inversores ligam ao quadro elétrico do edifício, a jusante do contador, para autoconsumo [individual | coletivo]. Localização dos inversores e dos quadros: [ ].</w:t>
      </w:r>
    </w:p>
    <w:p>
      <w:pPr>
        <w:spacing w:before="0" w:after="100" w:line="288" w:lineRule="auto"/>
      </w:pPr>
      <w:r>
        <w:rPr>
          <w:sz w:val="20"/>
        </w:rPr>
        <w:t>O fornecimento da SolarLab vai até ao lado de corrente alternada (CA) dos inversores, sem incluir a instalação. A ligação ao quadro, os seccionadores e a monitorização integram o projeto de instalações elétricas, da responsabilidade de técnico habilitado. A unidade de produção para autoconsumo (UPAC), com potência instalada de [ ] kWp, segue o controlo prévio aplicável à potência, nos termos do Decreto-Lei n.º 15/2022, na redação em vigor.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Painéis solares SolarLab integrados na fachada-cortina [unitizada | de montantes e travessas], em [zonas opacas | vidro de visão com células], vidro temperado extraclaro de 4 mm na face exterior, cor [ ] e acabamento [ ], reação ao fogo B-s1,d0, em [ ] m² e [ ] kWp, com otimizadores, monitorização e corte rápido ao nível do painel.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Painéis solares integrados na fachada-cortina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de painéis solares do tipo </w:t>
      </w:r>
      <w:r>
        <w:rPr>
          <w:b/>
          <w:sz w:val="20"/>
        </w:rPr>
        <w:t>SolarLab</w:t>
      </w:r>
      <w:r>
        <w:rPr>
          <w:sz w:val="20"/>
        </w:rPr>
        <w:t>, ou equivalente previamente aprovado pela fiscalização, feitos à medida para integração na fachada-cortina [unitizada | de montantes e travessas], em [zonas opacas | vidro de visão com células], com vidro temperado extraclaro de 4 mm na face exterior, células de silício monocristalino, com o tipo e o formato indicados na ficha técnica do fabricante à data do fornecimento, cor [ ], acabamento [ ], painéis ativos e passivos com o mesmo aspeto, otimizadores integrados e cablagem de ligação dos painéis, com as dimensões das peças desenhadas. A montagem na caixilharia faz parte do artigo da fachada-cortina; este artigo inclui a integração elétrica dos painéis.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Os painéis e a fachada-cortina com os painéis integrados cumprem,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exterior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temperado extraclaro de 4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12150-1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Cor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revestimento por deposição física em fase de vapor (PVD) na face posterior do vidro; produção relativa face ao natural [natural: 100 % | aspeto metálico: 78 % | aspeto cerâmico: 78 %]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 do painel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 de silício monocristalino, com o tipo e o formato indicados na ficha técnica do fabricante à data do fornecimento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Qualificação do módulo fotovoltaico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IEC 61215 / IEC 61730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Eletrónica ao nível do painel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otimizadores integrados, monitorização ao nível do painel e corte rápido (rapid shutdown) ao nível do painel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m² de painel ativo (condições de ensaio normalizadas, STC)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 ] Wp/m² (referência: 130 a 200 Wp/m² em cor; 180 a 220 Wp/m² em preto integral)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e composição do painel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mm, compatível com a caixilharia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Fachada-cortina com os painéis integrados: permeabilidade ao ar, estanquidade à água, resistência ao vento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[classes do projeto]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NP EN 13830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e relatórios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de visão com células (opção B): fator solar, transmissão luminosa, U</w:t>
            </w:r>
            <w:r>
              <w:rPr>
                <w:color w:val="14202B"/>
                <w:sz w:val="17"/>
                <w:vertAlign w:val="subscript"/>
              </w:rPr>
              <w:t>g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410 / EN 673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Aquecimento global, fase de produto (A1–A3)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141 kg de dióxido de carbono equivalente (CO</w:t>
            </w:r>
            <w:r>
              <w:rPr>
                <w:color w:val="14202B"/>
                <w:sz w:val="17"/>
                <w:vertAlign w:val="subscript"/>
              </w:rPr>
              <w:t>2</w:t>
            </w:r>
            <w:r>
              <w:rPr>
                <w:color w:val="14202B"/>
                <w:sz w:val="17"/>
              </w:rPr>
              <w:t xml:space="preserve"> eq.) por m² (140,35 Wp/m²)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Substâncias que suscitam elevada preocupação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nenhuma da lista de substâncias candidatas da Agência Europeia dos Produtos Químicos (ECHA)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Vida útil de referência da produção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anos, com potência ≥ 80 % da nominal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Garantia de produção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 de garantia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 fabricante da fachada-cortina monta os painéis segundo as instruções do fabricante dos painéis, com os vedantes e as peças de fixação do sistema de caixilharia. A passagem dos cabos pelos montantes e travessas fica protegida e acessível para manutenção. Cada painel é montado na posição indicada nas peças de fabrico, para respeitar o mapa de fileiras.</w:t>
      </w:r>
    </w:p>
    <w:p>
      <w:pPr>
        <w:spacing w:before="0" w:after="100" w:line="288" w:lineRule="auto"/>
      </w:pPr>
      <w:r>
        <w:rPr>
          <w:b/>
          <w:sz w:val="20"/>
        </w:rPr>
        <w:t>Amostras e protótipo.</w:t>
      </w:r>
      <w:r>
        <w:rPr>
          <w:sz w:val="20"/>
        </w:rPr>
        <w:t xml:space="preserve"> Antes do fabrico, aprovação de amostras físicas da cor e do acabamento e, quando o projeto o exigir, de um protótipo de painel ou de troço de fachada-cortina.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cor, do acabamento e da identificação de todos os painéis, da estanquidade dos vedantes, do estado do vidro e da produção de todos os painéis ativos no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Garantia de produção do fabricante de 25 anos; garantia do produto de [ ] anos; garantia do empreiteiro para a montagem e a instalação elétrica, nos termos legais. Vida útil estimada do revestimento de 50 a 80 anos.</w:t>
      </w:r>
    </w:p>
    <w:p>
      <w:pPr>
        <w:spacing w:before="0" w:after="100" w:line="288" w:lineRule="auto"/>
      </w:pPr>
      <w:r>
        <w:rPr>
          <w:b/>
          <w:sz w:val="20"/>
        </w:rPr>
        <w:t>Documentação a entregar.</w:t>
      </w:r>
      <w:r>
        <w:rPr>
          <w:sz w:val="20"/>
        </w:rPr>
        <w:t xml:space="preserve"> Peças de fabrico com a identificação de cada painel, fichas técnicas, relatório de classificação de reação ao fogo, declaração ambiental de produto (EPD MD-23108-EN, EN 15804:2012+A2:2019), instruções de montagem e de manutenção, e certificados de garantia. No fim de vida, recolha ao abrigo da Diretiva 2012/19/UE e reciclagem em instalações de vidro laminado.</w:t>
      </w:r>
    </w:p>
    <w:p>
      <w:pPr>
        <w:spacing w:before="0" w:after="100" w:line="288" w:lineRule="auto"/>
      </w:pPr>
      <w:r>
        <w:rPr>
          <w:b/>
          <w:sz w:val="20"/>
        </w:rPr>
        <w:t>Referências.</w:t>
      </w:r>
      <w:r>
        <w:rPr>
          <w:sz w:val="20"/>
        </w:rPr>
        <w:t xml:space="preserve"> O fornecedor apresenta referências de obras executadas com o sistema proposto, com a identificação da obra, do sistema e da área.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Instalação elétrica fotovoltaica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serviço da instalação elétrica da produção fotovoltaica, incluindo inversores trifásicos de [ ] kW, cablagem de corrente contínua (CC) e CA, caixas de agrupamento de fileiras quando necessárias, ligação ao quadro elétrico do edifício, seccionador CA, seccionador de emergência para os meios de socorro [quando exigido], ligações à terra, sistema de monitorização ao nível do painel e todos os trabalhos necessários ao seu funcionamento, conforme o projeto de instalações elétricas e o esquema unifilar.</w:t>
      </w:r>
    </w:p>
    <w:p>
      <w:pPr>
        <w:spacing w:before="0" w:after="100" w:line="288" w:lineRule="auto"/>
      </w:pPr>
      <w:r>
        <w:rPr>
          <w:b/>
          <w:sz w:val="20"/>
        </w:rPr>
        <w:t>Ensaios.</w:t>
      </w:r>
      <w:r>
        <w:rPr>
          <w:sz w:val="20"/>
        </w:rPr>
        <w:t xml:space="preserve"> Antes da colocação em serviço, ensaios de continuidade, polaridade e resistência de isolamento e medição da tensão em circuito aberto de cada fileira, com registo dos valores. Verificação do corte rápido ao nível do painel e da comunicação de todos os otimizadores com 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Esquema unifilar final, mapa de fileiras com a posição de cada painel, fichas técnicas dos otimizadores e dos inversores, relatório dos ensaios, credenciais do sistema de monitorização e documentos do registo da UPAC.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Capítulos:</w:t>
      </w:r>
      <w:r>
        <w:rPr>
          <w:sz w:val="20"/>
        </w:rPr>
        <w:t xml:space="preserve"> Arquitetura · Fachadas-cortina; Instalações elétricas · Produção fotovoltaica.</w:t>
      </w:r>
    </w:p>
    <w:p>
      <w:pPr>
        <w:spacing w:before="0" w:after="100" w:line="288" w:lineRule="auto"/>
      </w:pPr>
      <w:r>
        <w:rPr>
          <w:b/>
          <w:sz w:val="20"/>
        </w:rPr>
        <w:t>Critérios de medição:</w:t>
      </w:r>
      <w:r>
        <w:rPr>
          <w:sz w:val="20"/>
        </w:rPr>
        <w:t xml:space="preserve"> painéis solares por área (m²), medida pelas dimensões do vidro, em separado para painéis ativos e passivos e para zonas opacas e vidro de visão; inversores por unidade (un.); restante instalação elétrica por valor global (vg). A caixilharia da fachada-cortina mede-se no artigo próprio.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Painel solar SolarLab, ou equivalente, para zona opaca de fachada-cortina, ativo, cor [ ], acabamento [ ], incluindo otimizadores e cablagem de painel,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painel passivo, com o mesmo aspeto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de visão com células [opção B], incluindo otimizadores e cablagem de painel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Integração elétrica dos painéis na fachada-cortina (passagem de cabos pelos montantes e travessas, ligações)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Inversor trifásico de [ ] kW, incluindo suportes, ligações e configuração,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Cablagem CC e CA, caixas de agrupamento de fileiras, tubagem e ligação ao quadro elétrico do edifício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Seccionadores CA e de emergência [quando exigido], ligações à terra e sinalética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monitorização ao nível do painel, ensaios, colocação em serviço e documentação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archivolt, iguais aos dos guias de projeto, da declaração ambiental de produto (EPD), da informação técnica publicada pela SolarLab e da calculadora archivolt. Os valores declarados são os do fabricante e podem ser alterados por ele; convém confirmar a versão em vigor antes de prescrever. A produção de referência resulta do PVGIS 5.3 (Comissão Europeia) e serve o estudo de viabilidade.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0E5A5C"/>
      </w:pBdr>
    </w:pPr>
    <w:r>
      <w:rPr>
        <w:b/>
        <w:color w:val="0E5A5C"/>
        <w:sz w:val="16"/>
      </w:rPr>
      <w:t>archivolt.pt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Fachadas solares SolarLab em Portugal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Fachada-cortina com vidro fotovoltaico SolarLab · archivolt.pt · SolarLab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597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ol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97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solarla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4E1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Fachada-cortina com vidro fotovoltaico · archivolt</dc:title>
  <dc:subject>Memória descritiva, caderno de encargos e mapa de quantidades</dc:subject>
  <dc:creator>archivolt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